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DDF61" w14:textId="77777777" w:rsidR="00CB6CDE" w:rsidRDefault="003055C8">
      <w:pPr>
        <w:jc w:val="center"/>
      </w:pPr>
      <w:r>
        <w:rPr>
          <w:noProof/>
        </w:rPr>
        <w:drawing>
          <wp:inline distT="0" distB="0" distL="0" distR="0" wp14:anchorId="44D6CA6E" wp14:editId="7F20A643">
            <wp:extent cx="530352" cy="5303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" cy="53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14B6D" w14:textId="77777777" w:rsidR="00AB6A20" w:rsidRDefault="00AB6A20">
      <w:pPr>
        <w:jc w:val="center"/>
        <w:rPr>
          <w:b/>
          <w:sz w:val="17"/>
        </w:rPr>
      </w:pPr>
    </w:p>
    <w:p w14:paraId="41EF6C12" w14:textId="5D9998A1" w:rsidR="00CB6CDE" w:rsidRDefault="003055C8">
      <w:pPr>
        <w:jc w:val="center"/>
      </w:pPr>
      <w:r>
        <w:rPr>
          <w:b/>
          <w:sz w:val="17"/>
        </w:rPr>
        <w:t>UNIVERSIDAD ANDRÉS BELLO</w:t>
      </w:r>
    </w:p>
    <w:p w14:paraId="1911D498" w14:textId="77777777" w:rsidR="00CB6CDE" w:rsidRDefault="003055C8">
      <w:pPr>
        <w:jc w:val="center"/>
      </w:pPr>
      <w:r>
        <w:rPr>
          <w:b/>
          <w:sz w:val="17"/>
        </w:rPr>
        <w:t>PH.D. IN APPLIED HUMANITIES</w:t>
      </w:r>
    </w:p>
    <w:p w14:paraId="443DA633" w14:textId="77777777" w:rsidR="00AB6A20" w:rsidRDefault="00AB6A20">
      <w:pPr>
        <w:spacing w:before="100" w:after="120"/>
        <w:jc w:val="center"/>
        <w:rPr>
          <w:b/>
          <w:sz w:val="24"/>
        </w:rPr>
      </w:pPr>
    </w:p>
    <w:p w14:paraId="5C158DD4" w14:textId="433786DD" w:rsidR="00CB6CDE" w:rsidRDefault="003055C8">
      <w:pPr>
        <w:spacing w:before="100" w:after="120"/>
        <w:jc w:val="center"/>
      </w:pPr>
      <w:r>
        <w:rPr>
          <w:b/>
          <w:sz w:val="24"/>
        </w:rPr>
        <w:t>RECOMMENDATION LETTER</w:t>
      </w:r>
    </w:p>
    <w:p w14:paraId="6E0805E3" w14:textId="1D1017BC" w:rsidR="00AB6A20" w:rsidRPr="00622FC8" w:rsidRDefault="003055C8">
      <w:pPr>
        <w:spacing w:after="40"/>
        <w:rPr>
          <w:b/>
          <w:sz w:val="17"/>
        </w:rPr>
      </w:pPr>
      <w:r>
        <w:rPr>
          <w:b/>
          <w:sz w:val="17"/>
        </w:rPr>
        <w:t>Dear Recommender:</w:t>
      </w:r>
    </w:p>
    <w:p w14:paraId="059BFE8D" w14:textId="77777777" w:rsidR="00CB6CDE" w:rsidRDefault="003055C8">
      <w:pPr>
        <w:spacing w:after="40"/>
      </w:pPr>
      <w:r>
        <w:rPr>
          <w:sz w:val="17"/>
        </w:rPr>
        <w:t>Please provide detailed information about the applicant’s strengths and areas for improvement, with particular emphasis on their likelihood of successfully completing a Ph.D. program.</w:t>
      </w:r>
    </w:p>
    <w:p w14:paraId="4C810E09" w14:textId="77777777" w:rsidR="00CB6CDE" w:rsidRDefault="003055C8">
      <w:pPr>
        <w:spacing w:after="40"/>
      </w:pPr>
      <w:r>
        <w:rPr>
          <w:sz w:val="17"/>
        </w:rPr>
        <w:t>Your well-substantiated assessment will be important to the expert committees reviewing applicants during the selection process.</w:t>
      </w:r>
    </w:p>
    <w:p w14:paraId="0E044C8F" w14:textId="77777777" w:rsidR="00CB6CDE" w:rsidRDefault="003055C8">
      <w:pPr>
        <w:spacing w:after="40"/>
      </w:pPr>
      <w:r>
        <w:rPr>
          <w:sz w:val="17"/>
        </w:rPr>
        <w:t>Please use as much space as necessary to express your views clearly and thoroughly.</w:t>
      </w:r>
    </w:p>
    <w:p w14:paraId="55F9C2E5" w14:textId="77777777" w:rsidR="00CB6CDE" w:rsidRDefault="003055C8">
      <w:pPr>
        <w:spacing w:after="40"/>
      </w:pPr>
      <w:r>
        <w:rPr>
          <w:b/>
          <w:sz w:val="17"/>
        </w:rPr>
        <w:t>This document is confidential.</w:t>
      </w:r>
    </w:p>
    <w:p w14:paraId="69B6A6D4" w14:textId="77777777" w:rsidR="00CB6CDE" w:rsidRDefault="003055C8">
      <w:pPr>
        <w:spacing w:after="40"/>
      </w:pPr>
      <w:r>
        <w:rPr>
          <w:sz w:val="17"/>
        </w:rPr>
        <w:t>Once completed, please send this document from your email address to dha@unab.cl.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B6CDE" w14:paraId="4DA4F588" w14:textId="77777777">
        <w:trPr>
          <w:jc w:val="center"/>
        </w:trPr>
        <w:tc>
          <w:tcPr>
            <w:tcW w:w="10368" w:type="dxa"/>
            <w:tcBorders>
              <w:top w:val="single" w:sz="7" w:space="0" w:color="7F7F7F"/>
              <w:left w:val="single" w:sz="7" w:space="0" w:color="7F7F7F"/>
              <w:bottom w:val="single" w:sz="7" w:space="0" w:color="7F7F7F"/>
              <w:right w:val="single" w:sz="7" w:space="0" w:color="7F7F7F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F2AF27A" w14:textId="77777777" w:rsidR="00CB6CDE" w:rsidRDefault="003055C8">
            <w:r>
              <w:rPr>
                <w:b/>
                <w:sz w:val="17"/>
              </w:rPr>
              <w:t xml:space="preserve">APPLICANT NAME: </w:t>
            </w:r>
          </w:p>
        </w:tc>
      </w:tr>
    </w:tbl>
    <w:p w14:paraId="4C6C399F" w14:textId="77777777" w:rsidR="00CB6CDE" w:rsidRDefault="003055C8">
      <w:pPr>
        <w:spacing w:before="80" w:after="40"/>
      </w:pPr>
      <w:r>
        <w:rPr>
          <w:b/>
          <w:sz w:val="18"/>
        </w:rPr>
        <w:t>1.  How long have you known the applicant?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B6CDE" w14:paraId="59AAE32A" w14:textId="77777777">
        <w:trPr>
          <w:trHeight w:val="648"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EB7315" w14:textId="77777777" w:rsidR="00CB6CDE" w:rsidRDefault="00CB6CDE"/>
        </w:tc>
      </w:tr>
    </w:tbl>
    <w:p w14:paraId="0BD9A9E3" w14:textId="77777777" w:rsidR="00CB6CDE" w:rsidRDefault="003055C8">
      <w:pPr>
        <w:spacing w:before="80" w:after="40"/>
      </w:pPr>
      <w:r>
        <w:rPr>
          <w:b/>
          <w:sz w:val="18"/>
        </w:rPr>
        <w:t>2.  What is your relationship to the applicant?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B6CDE" w14:paraId="0231AD64" w14:textId="77777777">
        <w:trPr>
          <w:trHeight w:val="648"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724F5" w14:textId="77777777" w:rsidR="00CB6CDE" w:rsidRDefault="00CB6CDE"/>
        </w:tc>
      </w:tr>
    </w:tbl>
    <w:p w14:paraId="46D57566" w14:textId="77777777" w:rsidR="00CB6CDE" w:rsidRDefault="003055C8">
      <w:pPr>
        <w:spacing w:before="80" w:after="40"/>
      </w:pPr>
      <w:r>
        <w:rPr>
          <w:b/>
          <w:sz w:val="18"/>
        </w:rPr>
        <w:t>3.  Please provide a candid and well-substantiated assessment of the applicant’s ability to pursue a Ph.D. in the humanities, with particular emphasis on their likelihood of successfully completing doctoral studies.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B6CDE" w14:paraId="1FF201F1" w14:textId="77777777">
        <w:trPr>
          <w:trHeight w:val="1037"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059A02" w14:textId="77777777" w:rsidR="00CB6CDE" w:rsidRDefault="00CB6CDE"/>
        </w:tc>
      </w:tr>
    </w:tbl>
    <w:p w14:paraId="22412B68" w14:textId="77777777" w:rsidR="00CB6CDE" w:rsidRDefault="003055C8">
      <w:pPr>
        <w:spacing w:before="80" w:after="40"/>
      </w:pPr>
      <w:r>
        <w:rPr>
          <w:b/>
          <w:sz w:val="18"/>
        </w:rPr>
        <w:t xml:space="preserve">4.  </w:t>
      </w:r>
      <w:r>
        <w:rPr>
          <w:b/>
          <w:sz w:val="18"/>
        </w:rPr>
        <w:t>In your opinion, why does the applicant wish to enter the Ph.D. in Applied Humanities?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B6CDE" w14:paraId="40956132" w14:textId="77777777">
        <w:trPr>
          <w:trHeight w:val="835"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2AF8BE" w14:textId="77777777" w:rsidR="00CB6CDE" w:rsidRDefault="00CB6CDE"/>
        </w:tc>
      </w:tr>
    </w:tbl>
    <w:p w14:paraId="3DBEA2A4" w14:textId="77777777" w:rsidR="00CB6CDE" w:rsidRDefault="003055C8">
      <w:pPr>
        <w:spacing w:before="80" w:after="40"/>
      </w:pPr>
      <w:r>
        <w:rPr>
          <w:b/>
          <w:sz w:val="18"/>
        </w:rPr>
        <w:t>5.  Do you believe the applicant has the necessary qualifications and personal attributes to pursue graduate studies for more than three years?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B6CDE" w14:paraId="1B478FC3" w14:textId="77777777">
        <w:trPr>
          <w:trHeight w:val="749"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2417F" w14:textId="77777777" w:rsidR="00CB6CDE" w:rsidRDefault="00CB6CDE"/>
        </w:tc>
      </w:tr>
    </w:tbl>
    <w:p w14:paraId="2362F186" w14:textId="77777777" w:rsidR="00CB6CDE" w:rsidRDefault="003055C8">
      <w:r>
        <w:br w:type="page"/>
      </w:r>
    </w:p>
    <w:p w14:paraId="25D878AC" w14:textId="77777777" w:rsidR="00CB6CDE" w:rsidRDefault="003055C8">
      <w:pPr>
        <w:spacing w:after="120"/>
      </w:pPr>
      <w:r>
        <w:rPr>
          <w:b/>
          <w:sz w:val="18"/>
        </w:rPr>
        <w:lastRenderedPageBreak/>
        <w:t>6.  Please rate the applicant on the following characteristics by placing an X in the column that best represents your assessment: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1210"/>
        <w:gridCol w:w="1210"/>
        <w:gridCol w:w="1210"/>
        <w:gridCol w:w="1210"/>
        <w:gridCol w:w="1512"/>
      </w:tblGrid>
      <w:tr w:rsidR="00CB6CDE" w14:paraId="349D869C" w14:textId="77777777">
        <w:trPr>
          <w:tblHeader/>
          <w:jc w:val="center"/>
        </w:trPr>
        <w:tc>
          <w:tcPr>
            <w:tcW w:w="367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A71930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7C9A33E6" w14:textId="77777777" w:rsidR="00CB6CDE" w:rsidRDefault="003055C8">
            <w:pPr>
              <w:jc w:val="center"/>
            </w:pPr>
            <w:r>
              <w:rPr>
                <w:b/>
                <w:color w:val="FFFFFF"/>
                <w:sz w:val="14"/>
              </w:rPr>
              <w:t>Characteristic</w:t>
            </w:r>
          </w:p>
        </w:tc>
        <w:tc>
          <w:tcPr>
            <w:tcW w:w="121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A71930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42C60174" w14:textId="77777777" w:rsidR="00CB6CDE" w:rsidRDefault="003055C8">
            <w:pPr>
              <w:jc w:val="center"/>
            </w:pPr>
            <w:r>
              <w:rPr>
                <w:b/>
                <w:color w:val="FFFFFF"/>
                <w:sz w:val="14"/>
              </w:rPr>
              <w:t>Excellent</w:t>
            </w:r>
            <w:r>
              <w:rPr>
                <w:b/>
                <w:color w:val="FFFFFF"/>
                <w:sz w:val="14"/>
              </w:rPr>
              <w:br/>
              <w:t>Top 15%</w:t>
            </w:r>
          </w:p>
        </w:tc>
        <w:tc>
          <w:tcPr>
            <w:tcW w:w="121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A71930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4132A591" w14:textId="77777777" w:rsidR="00CB6CDE" w:rsidRDefault="003055C8">
            <w:pPr>
              <w:jc w:val="center"/>
            </w:pPr>
            <w:r>
              <w:rPr>
                <w:b/>
                <w:color w:val="FFFFFF"/>
                <w:sz w:val="14"/>
              </w:rPr>
              <w:t>Very Good</w:t>
            </w:r>
            <w:r>
              <w:rPr>
                <w:b/>
                <w:color w:val="FFFFFF"/>
                <w:sz w:val="14"/>
              </w:rPr>
              <w:br/>
              <w:t>Top 30%</w:t>
            </w:r>
          </w:p>
        </w:tc>
        <w:tc>
          <w:tcPr>
            <w:tcW w:w="121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A71930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4F069121" w14:textId="77777777" w:rsidR="00CB6CDE" w:rsidRDefault="003055C8">
            <w:pPr>
              <w:jc w:val="center"/>
            </w:pPr>
            <w:r>
              <w:rPr>
                <w:b/>
                <w:color w:val="FFFFFF"/>
                <w:sz w:val="14"/>
              </w:rPr>
              <w:t>Good</w:t>
            </w:r>
            <w:r>
              <w:rPr>
                <w:b/>
                <w:color w:val="FFFFFF"/>
                <w:sz w:val="14"/>
              </w:rPr>
              <w:br/>
              <w:t>Top 45%</w:t>
            </w:r>
          </w:p>
        </w:tc>
        <w:tc>
          <w:tcPr>
            <w:tcW w:w="121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A71930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49FA7694" w14:textId="77777777" w:rsidR="00CB6CDE" w:rsidRDefault="003055C8">
            <w:pPr>
              <w:jc w:val="center"/>
            </w:pPr>
            <w:r>
              <w:rPr>
                <w:b/>
                <w:color w:val="FFFFFF"/>
                <w:sz w:val="14"/>
              </w:rPr>
              <w:t>Fair</w:t>
            </w:r>
            <w:r>
              <w:rPr>
                <w:b/>
                <w:color w:val="FFFFFF"/>
                <w:sz w:val="14"/>
              </w:rPr>
              <w:br/>
              <w:t>Top 60%</w:t>
            </w:r>
          </w:p>
        </w:tc>
        <w:tc>
          <w:tcPr>
            <w:tcW w:w="151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A71930"/>
            <w:tcMar>
              <w:top w:w="70" w:type="dxa"/>
              <w:left w:w="50" w:type="dxa"/>
              <w:bottom w:w="70" w:type="dxa"/>
              <w:right w:w="50" w:type="dxa"/>
            </w:tcMar>
            <w:vAlign w:val="center"/>
          </w:tcPr>
          <w:p w14:paraId="28A3F292" w14:textId="77777777" w:rsidR="00CB6CDE" w:rsidRDefault="003055C8">
            <w:pPr>
              <w:jc w:val="center"/>
            </w:pPr>
            <w:r>
              <w:rPr>
                <w:b/>
                <w:color w:val="FFFFFF"/>
                <w:sz w:val="14"/>
              </w:rPr>
              <w:t>Unable to</w:t>
            </w:r>
            <w:r>
              <w:rPr>
                <w:b/>
                <w:color w:val="FFFFFF"/>
                <w:sz w:val="14"/>
              </w:rPr>
              <w:br/>
              <w:t>Evaluate</w:t>
            </w:r>
          </w:p>
        </w:tc>
      </w:tr>
      <w:tr w:rsidR="00CB6CDE" w14:paraId="55833DEE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1D1A9" w14:textId="77777777" w:rsidR="00CB6CDE" w:rsidRDefault="003055C8">
            <w:r>
              <w:rPr>
                <w:sz w:val="16"/>
              </w:rPr>
              <w:t>1. Future orientation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502B4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5AA14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A9051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F3F1A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4B3D2" w14:textId="77777777" w:rsidR="00CB6CDE" w:rsidRDefault="00CB6CDE">
            <w:pPr>
              <w:jc w:val="center"/>
            </w:pPr>
          </w:p>
        </w:tc>
      </w:tr>
      <w:tr w:rsidR="00CB6CDE" w14:paraId="507D7907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BA79B" w14:textId="77777777" w:rsidR="00CB6CDE" w:rsidRDefault="003055C8">
            <w:r>
              <w:rPr>
                <w:sz w:val="16"/>
              </w:rPr>
              <w:t>2. Work capacity and habits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9BE79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D07A3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AF6B2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6D584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A1466" w14:textId="77777777" w:rsidR="00CB6CDE" w:rsidRDefault="00CB6CDE">
            <w:pPr>
              <w:jc w:val="center"/>
            </w:pPr>
          </w:p>
        </w:tc>
      </w:tr>
      <w:tr w:rsidR="00CB6CDE" w14:paraId="41EC97F4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8D190" w14:textId="77777777" w:rsidR="00CB6CDE" w:rsidRDefault="003055C8">
            <w:r>
              <w:rPr>
                <w:sz w:val="16"/>
              </w:rPr>
              <w:t>3. Initiative and creativity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C8138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5F739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9E9D2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C0C41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F1A31" w14:textId="77777777" w:rsidR="00CB6CDE" w:rsidRDefault="00CB6CDE">
            <w:pPr>
              <w:jc w:val="center"/>
            </w:pPr>
          </w:p>
        </w:tc>
      </w:tr>
      <w:tr w:rsidR="00CB6CDE" w14:paraId="214BD5EF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E306D" w14:textId="77777777" w:rsidR="00CB6CDE" w:rsidRDefault="003055C8">
            <w:r>
              <w:rPr>
                <w:sz w:val="16"/>
              </w:rPr>
              <w:t>4. Interpersonal skills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495B2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FAE2D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9A606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31E6D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32B2B" w14:textId="77777777" w:rsidR="00CB6CDE" w:rsidRDefault="00CB6CDE">
            <w:pPr>
              <w:jc w:val="center"/>
            </w:pPr>
          </w:p>
        </w:tc>
      </w:tr>
      <w:tr w:rsidR="00CB6CDE" w14:paraId="535E9586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AE5F9" w14:textId="77777777" w:rsidR="00CB6CDE" w:rsidRDefault="003055C8">
            <w:r>
              <w:rPr>
                <w:sz w:val="16"/>
              </w:rPr>
              <w:t>5. Ability to work in a team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56B7B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9286D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08FCC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979C6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173A7" w14:textId="77777777" w:rsidR="00CB6CDE" w:rsidRDefault="00CB6CDE">
            <w:pPr>
              <w:jc w:val="center"/>
            </w:pPr>
          </w:p>
        </w:tc>
      </w:tr>
      <w:tr w:rsidR="00CB6CDE" w14:paraId="2156A2D8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B16EF" w14:textId="77777777" w:rsidR="00CB6CDE" w:rsidRDefault="003055C8">
            <w:r>
              <w:rPr>
                <w:sz w:val="16"/>
              </w:rPr>
              <w:t>6. Commitment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BC62F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EE08C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95524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430B3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D2F25" w14:textId="77777777" w:rsidR="00CB6CDE" w:rsidRDefault="00CB6CDE">
            <w:pPr>
              <w:jc w:val="center"/>
            </w:pPr>
          </w:p>
        </w:tc>
      </w:tr>
      <w:tr w:rsidR="00CB6CDE" w14:paraId="7702AFF0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1EA73" w14:textId="77777777" w:rsidR="00CB6CDE" w:rsidRDefault="003055C8">
            <w:r>
              <w:rPr>
                <w:sz w:val="16"/>
              </w:rPr>
              <w:t>7. Leadership ability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BF72D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63211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BA345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379E3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7E1EA" w14:textId="77777777" w:rsidR="00CB6CDE" w:rsidRDefault="00CB6CDE">
            <w:pPr>
              <w:jc w:val="center"/>
            </w:pPr>
          </w:p>
        </w:tc>
      </w:tr>
      <w:tr w:rsidR="00CB6CDE" w14:paraId="0A8BDFF7" w14:textId="77777777">
        <w:trPr>
          <w:cantSplit/>
          <w:trHeight w:val="504"/>
          <w:jc w:val="center"/>
        </w:trPr>
        <w:tc>
          <w:tcPr>
            <w:tcW w:w="367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4739D" w14:textId="77777777" w:rsidR="00CB6CDE" w:rsidRDefault="003055C8">
            <w:r>
              <w:rPr>
                <w:sz w:val="16"/>
              </w:rPr>
              <w:t>8. Flexibility and adaptability</w:t>
            </w: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41764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22A80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53BCD" w14:textId="77777777" w:rsidR="00CB6CDE" w:rsidRDefault="00CB6CDE">
            <w:pPr>
              <w:jc w:val="center"/>
            </w:pPr>
          </w:p>
        </w:tc>
        <w:tc>
          <w:tcPr>
            <w:tcW w:w="121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4165E" w14:textId="77777777" w:rsidR="00CB6CDE" w:rsidRDefault="00CB6CDE">
            <w:pPr>
              <w:jc w:val="center"/>
            </w:pPr>
          </w:p>
        </w:tc>
        <w:tc>
          <w:tcPr>
            <w:tcW w:w="15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AE765" w14:textId="77777777" w:rsidR="00CB6CDE" w:rsidRDefault="00CB6CDE">
            <w:pPr>
              <w:jc w:val="center"/>
            </w:pPr>
          </w:p>
        </w:tc>
      </w:tr>
    </w:tbl>
    <w:p w14:paraId="331BCB24" w14:textId="77777777" w:rsidR="00CB6CDE" w:rsidRDefault="00CB6CDE">
      <w:pPr>
        <w:spacing w:after="40"/>
      </w:pPr>
    </w:p>
    <w:p w14:paraId="4C4CF7B3" w14:textId="77777777" w:rsidR="00CB6CDE" w:rsidRDefault="003055C8">
      <w:pPr>
        <w:spacing w:before="40" w:after="20"/>
      </w:pPr>
      <w:r>
        <w:rPr>
          <w:b/>
          <w:sz w:val="18"/>
        </w:rPr>
        <w:t xml:space="preserve">Name: </w:t>
      </w:r>
      <w:r>
        <w:rPr>
          <w:color w:val="666666"/>
          <w:sz w:val="18"/>
        </w:rPr>
        <w:t>________________________________________________________________________</w:t>
      </w:r>
    </w:p>
    <w:p w14:paraId="3FC75CC7" w14:textId="77777777" w:rsidR="00CB6CDE" w:rsidRDefault="003055C8">
      <w:pPr>
        <w:spacing w:before="40" w:after="20"/>
      </w:pPr>
      <w:r>
        <w:rPr>
          <w:b/>
          <w:sz w:val="18"/>
        </w:rPr>
        <w:t xml:space="preserve">Profession: </w:t>
      </w:r>
      <w:r>
        <w:rPr>
          <w:color w:val="666666"/>
          <w:sz w:val="18"/>
        </w:rPr>
        <w:t>________________________________________________________________________</w:t>
      </w:r>
    </w:p>
    <w:p w14:paraId="5E3F1476" w14:textId="77777777" w:rsidR="00CB6CDE" w:rsidRDefault="003055C8">
      <w:pPr>
        <w:spacing w:before="40" w:after="20"/>
      </w:pPr>
      <w:r>
        <w:rPr>
          <w:b/>
          <w:sz w:val="18"/>
        </w:rPr>
        <w:t xml:space="preserve">Position: </w:t>
      </w:r>
      <w:r>
        <w:rPr>
          <w:color w:val="666666"/>
          <w:sz w:val="18"/>
        </w:rPr>
        <w:t>________________________________________________________________________</w:t>
      </w:r>
    </w:p>
    <w:p w14:paraId="3500C85D" w14:textId="77777777" w:rsidR="00CB6CDE" w:rsidRDefault="003055C8">
      <w:pPr>
        <w:spacing w:before="40" w:after="20"/>
      </w:pPr>
      <w:r>
        <w:rPr>
          <w:b/>
          <w:sz w:val="18"/>
        </w:rPr>
        <w:t xml:space="preserve">Employer: </w:t>
      </w:r>
      <w:r>
        <w:rPr>
          <w:color w:val="666666"/>
          <w:sz w:val="18"/>
        </w:rPr>
        <w:t>________________________________________________________________________</w:t>
      </w:r>
    </w:p>
    <w:p w14:paraId="7A1354EC" w14:textId="77777777" w:rsidR="00CB6CDE" w:rsidRDefault="003055C8">
      <w:pPr>
        <w:spacing w:before="40" w:after="20"/>
      </w:pPr>
      <w:r>
        <w:rPr>
          <w:b/>
          <w:sz w:val="18"/>
        </w:rPr>
        <w:t xml:space="preserve">Phone: </w:t>
      </w:r>
      <w:r>
        <w:rPr>
          <w:color w:val="666666"/>
          <w:sz w:val="18"/>
        </w:rPr>
        <w:t>________________________________________________________________________</w:t>
      </w:r>
    </w:p>
    <w:p w14:paraId="52ADEA54" w14:textId="77777777" w:rsidR="00CB6CDE" w:rsidRDefault="003055C8">
      <w:pPr>
        <w:spacing w:before="40" w:after="20"/>
      </w:pPr>
      <w:r>
        <w:rPr>
          <w:b/>
          <w:sz w:val="18"/>
        </w:rPr>
        <w:t xml:space="preserve">Email Address: </w:t>
      </w:r>
      <w:r>
        <w:rPr>
          <w:color w:val="666666"/>
          <w:sz w:val="18"/>
        </w:rPr>
        <w:t>________________________________________________________________________</w:t>
      </w:r>
    </w:p>
    <w:p w14:paraId="75037772" w14:textId="77777777" w:rsidR="00CB6CDE" w:rsidRDefault="003055C8">
      <w:pPr>
        <w:spacing w:before="40" w:after="20"/>
      </w:pPr>
      <w:r>
        <w:rPr>
          <w:b/>
          <w:sz w:val="18"/>
        </w:rPr>
        <w:t xml:space="preserve">Date: </w:t>
      </w:r>
      <w:r>
        <w:rPr>
          <w:color w:val="666666"/>
          <w:sz w:val="18"/>
        </w:rPr>
        <w:t>________________________________________________________________________</w:t>
      </w:r>
    </w:p>
    <w:p w14:paraId="210A55F0" w14:textId="77777777" w:rsidR="00CB6CDE" w:rsidRDefault="003055C8">
      <w:pPr>
        <w:spacing w:before="260"/>
        <w:jc w:val="center"/>
      </w:pPr>
      <w:r>
        <w:rPr>
          <w:sz w:val="18"/>
        </w:rPr>
        <w:t>_________________________________</w:t>
      </w:r>
    </w:p>
    <w:p w14:paraId="248FA60A" w14:textId="77777777" w:rsidR="00CB6CDE" w:rsidRDefault="003055C8">
      <w:pPr>
        <w:jc w:val="center"/>
      </w:pPr>
      <w:r>
        <w:rPr>
          <w:b/>
          <w:sz w:val="18"/>
        </w:rPr>
        <w:t>Signature</w:t>
      </w:r>
    </w:p>
    <w:sectPr w:rsidR="00CB6CDE" w:rsidSect="00034616">
      <w:footerReference w:type="default" r:id="rId9"/>
      <w:pgSz w:w="12240" w:h="15840"/>
      <w:pgMar w:top="648" w:right="936" w:bottom="648" w:left="936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BA5BB" w14:textId="77777777" w:rsidR="003055C8" w:rsidRDefault="003055C8">
      <w:pPr>
        <w:spacing w:line="240" w:lineRule="auto"/>
      </w:pPr>
      <w:r>
        <w:separator/>
      </w:r>
    </w:p>
  </w:endnote>
  <w:endnote w:type="continuationSeparator" w:id="0">
    <w:p w14:paraId="7A602FA1" w14:textId="77777777" w:rsidR="003055C8" w:rsidRDefault="003055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3644D" w14:textId="77777777" w:rsidR="00CB6CDE" w:rsidRDefault="003055C8">
    <w:pPr>
      <w:pStyle w:val="Piedepgina"/>
      <w:jc w:val="center"/>
    </w:pPr>
    <w:r>
      <w:rPr>
        <w:color w:val="666666"/>
        <w:sz w:val="14"/>
      </w:rPr>
      <w:t>Universidad Andrés Bello · Academic Office for Doctoral Studies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DF3E" w14:textId="77777777" w:rsidR="003055C8" w:rsidRDefault="003055C8">
      <w:pPr>
        <w:spacing w:line="240" w:lineRule="auto"/>
      </w:pPr>
      <w:r>
        <w:separator/>
      </w:r>
    </w:p>
  </w:footnote>
  <w:footnote w:type="continuationSeparator" w:id="0">
    <w:p w14:paraId="52846E02" w14:textId="77777777" w:rsidR="003055C8" w:rsidRDefault="003055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457734">
    <w:abstractNumId w:val="8"/>
  </w:num>
  <w:num w:numId="2" w16cid:durableId="166791331">
    <w:abstractNumId w:val="6"/>
  </w:num>
  <w:num w:numId="3" w16cid:durableId="2142191482">
    <w:abstractNumId w:val="5"/>
  </w:num>
  <w:num w:numId="4" w16cid:durableId="104082030">
    <w:abstractNumId w:val="4"/>
  </w:num>
  <w:num w:numId="5" w16cid:durableId="603920633">
    <w:abstractNumId w:val="7"/>
  </w:num>
  <w:num w:numId="6" w16cid:durableId="799494856">
    <w:abstractNumId w:val="3"/>
  </w:num>
  <w:num w:numId="7" w16cid:durableId="1546913281">
    <w:abstractNumId w:val="2"/>
  </w:num>
  <w:num w:numId="8" w16cid:durableId="839269192">
    <w:abstractNumId w:val="1"/>
  </w:num>
  <w:num w:numId="9" w16cid:durableId="822546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254F"/>
    <w:rsid w:val="0029639D"/>
    <w:rsid w:val="003055C8"/>
    <w:rsid w:val="00326F90"/>
    <w:rsid w:val="00622FC8"/>
    <w:rsid w:val="00AA1D8D"/>
    <w:rsid w:val="00AB6A20"/>
    <w:rsid w:val="00B47730"/>
    <w:rsid w:val="00CB0664"/>
    <w:rsid w:val="00CB6C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031993B-071C-4599-BABD-24FA9303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000000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Daniela Paz Salas Castro</cp:lastModifiedBy>
  <cp:revision>3</cp:revision>
  <dcterms:created xsi:type="dcterms:W3CDTF">2013-12-23T23:15:00Z</dcterms:created>
  <dcterms:modified xsi:type="dcterms:W3CDTF">2026-09-25T15:57:00Z</dcterms:modified>
  <cp:category/>
</cp:coreProperties>
</file>