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D16AF" w14:textId="77777777" w:rsidR="000E53C0" w:rsidRDefault="000E53C0">
      <w:pPr>
        <w:spacing w:before="40" w:after="20"/>
        <w:jc w:val="center"/>
        <w:rPr>
          <w:b/>
          <w:color w:val="A71930"/>
          <w:sz w:val="26"/>
        </w:rPr>
      </w:pPr>
    </w:p>
    <w:p w14:paraId="3805A195" w14:textId="19C859E3" w:rsidR="00B94EF2" w:rsidRPr="00A621A6" w:rsidRDefault="00811BEC" w:rsidP="00A621A6">
      <w:pPr>
        <w:spacing w:after="100" w:line="240" w:lineRule="auto"/>
        <w:jc w:val="center"/>
        <w:rPr>
          <w:rFonts w:ascii="Aptos" w:eastAsia="Aptos" w:hAnsi="Aptos" w:cs="Aptos"/>
          <w:b/>
          <w:bCs/>
          <w:color w:val="C00000"/>
          <w:sz w:val="32"/>
          <w:szCs w:val="32"/>
          <w:lang w:eastAsia="es-CL"/>
        </w:rPr>
      </w:pPr>
      <w:r w:rsidRPr="00A621A6">
        <w:rPr>
          <w:rFonts w:ascii="Aptos" w:eastAsia="Aptos" w:hAnsi="Aptos" w:cs="Aptos"/>
          <w:b/>
          <w:bCs/>
          <w:color w:val="C00000"/>
          <w:sz w:val="32"/>
          <w:szCs w:val="32"/>
          <w:lang w:eastAsia="es-CL"/>
        </w:rPr>
        <w:t>APPLICATION DOCUMENT CHECKLIST</w:t>
      </w:r>
    </w:p>
    <w:p w14:paraId="4B14B2D6" w14:textId="77777777" w:rsidR="00B94EF2" w:rsidRPr="000960EB" w:rsidRDefault="00811BEC" w:rsidP="000960EB">
      <w:pPr>
        <w:spacing w:after="300" w:line="240" w:lineRule="auto"/>
        <w:jc w:val="center"/>
        <w:rPr>
          <w:rFonts w:ascii="Aptos" w:eastAsia="Aptos" w:hAnsi="Aptos" w:cs="Aptos"/>
          <w:b/>
          <w:bCs/>
          <w:color w:val="595959"/>
          <w:sz w:val="26"/>
          <w:szCs w:val="26"/>
          <w:lang w:eastAsia="es-CL"/>
        </w:rPr>
      </w:pPr>
      <w:r w:rsidRPr="000960EB">
        <w:rPr>
          <w:rFonts w:ascii="Aptos" w:eastAsia="Aptos" w:hAnsi="Aptos" w:cs="Aptos"/>
          <w:b/>
          <w:bCs/>
          <w:color w:val="595959"/>
          <w:sz w:val="26"/>
          <w:szCs w:val="26"/>
          <w:lang w:eastAsia="es-CL"/>
        </w:rPr>
        <w:t>Ph.D. in Applied Humanities</w:t>
      </w:r>
    </w:p>
    <w:p w14:paraId="7E5268E1" w14:textId="77777777" w:rsidR="000E53C0" w:rsidRDefault="000E53C0">
      <w:pPr>
        <w:spacing w:after="100"/>
        <w:rPr>
          <w:rFonts w:ascii="Aptos" w:hAnsi="Aptos"/>
          <w:sz w:val="22"/>
        </w:rPr>
      </w:pPr>
    </w:p>
    <w:p w14:paraId="741D902F" w14:textId="7ACBFA68" w:rsidR="00B94EF2" w:rsidRPr="000E53C0" w:rsidRDefault="00811BEC">
      <w:pPr>
        <w:spacing w:after="100"/>
        <w:rPr>
          <w:rFonts w:ascii="Aptos" w:hAnsi="Aptos"/>
          <w:sz w:val="22"/>
        </w:rPr>
      </w:pPr>
      <w:r w:rsidRPr="000E53C0">
        <w:rPr>
          <w:rFonts w:ascii="Aptos" w:hAnsi="Aptos"/>
          <w:sz w:val="22"/>
        </w:rPr>
        <w:t>Make sure you collect and attach the following documents when completing your application:</w:t>
      </w:r>
    </w:p>
    <w:p w14:paraId="2D31501D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Application</w:t>
      </w:r>
      <w:proofErr w:type="gramEnd"/>
      <w:r w:rsidRPr="000E53C0">
        <w:rPr>
          <w:rFonts w:ascii="Aptos" w:hAnsi="Aptos"/>
          <w:sz w:val="22"/>
        </w:rPr>
        <w:t xml:space="preserve"> Form</w:t>
      </w:r>
      <w:r w:rsidRPr="000E53C0">
        <w:rPr>
          <w:rFonts w:ascii="Aptos" w:hAnsi="Aptos"/>
          <w:b/>
          <w:sz w:val="22"/>
          <w:vertAlign w:val="superscript"/>
        </w:rPr>
        <w:t>1</w:t>
      </w:r>
    </w:p>
    <w:p w14:paraId="57DB37BC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Copy</w:t>
      </w:r>
      <w:proofErr w:type="gramEnd"/>
      <w:r w:rsidRPr="000E53C0">
        <w:rPr>
          <w:rFonts w:ascii="Aptos" w:hAnsi="Aptos"/>
          <w:sz w:val="22"/>
        </w:rPr>
        <w:t xml:space="preserve"> of undergraduate degree certificate</w:t>
      </w:r>
    </w:p>
    <w:p w14:paraId="0FF600EA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Undergraduate</w:t>
      </w:r>
      <w:proofErr w:type="gramEnd"/>
      <w:r w:rsidRPr="000E53C0">
        <w:rPr>
          <w:rFonts w:ascii="Aptos" w:hAnsi="Aptos"/>
          <w:sz w:val="22"/>
        </w:rPr>
        <w:t xml:space="preserve"> academic transcript</w:t>
      </w:r>
    </w:p>
    <w:p w14:paraId="6B8DCDC6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Undergraduate</w:t>
      </w:r>
      <w:proofErr w:type="gramEnd"/>
      <w:r w:rsidRPr="000E53C0">
        <w:rPr>
          <w:rFonts w:ascii="Aptos" w:hAnsi="Aptos"/>
          <w:sz w:val="22"/>
        </w:rPr>
        <w:t xml:space="preserve"> class-ranking certificate</w:t>
      </w:r>
    </w:p>
    <w:p w14:paraId="3A1C0AAF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Master's</w:t>
      </w:r>
      <w:proofErr w:type="gramEnd"/>
      <w:r w:rsidRPr="000E53C0">
        <w:rPr>
          <w:rFonts w:ascii="Aptos" w:hAnsi="Aptos"/>
          <w:sz w:val="22"/>
        </w:rPr>
        <w:t xml:space="preserve"> degree certificate and transcript, if applicable</w:t>
      </w:r>
      <w:r w:rsidRPr="000E53C0">
        <w:rPr>
          <w:rFonts w:ascii="Aptos" w:hAnsi="Aptos"/>
          <w:b/>
          <w:sz w:val="22"/>
          <w:vertAlign w:val="superscript"/>
        </w:rPr>
        <w:t>2</w:t>
      </w:r>
    </w:p>
    <w:p w14:paraId="60D2A8AC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Copy</w:t>
      </w:r>
      <w:proofErr w:type="gramEnd"/>
      <w:r w:rsidRPr="000E53C0">
        <w:rPr>
          <w:rFonts w:ascii="Aptos" w:hAnsi="Aptos"/>
          <w:sz w:val="22"/>
        </w:rPr>
        <w:t xml:space="preserve"> of Chilean national identification card, both sides</w:t>
      </w:r>
      <w:r w:rsidRPr="000E53C0">
        <w:rPr>
          <w:rFonts w:ascii="Aptos" w:hAnsi="Aptos"/>
          <w:b/>
          <w:sz w:val="22"/>
          <w:vertAlign w:val="superscript"/>
        </w:rPr>
        <w:t>3</w:t>
      </w:r>
    </w:p>
    <w:p w14:paraId="0C9DCB2B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Curriculum</w:t>
      </w:r>
      <w:proofErr w:type="gramEnd"/>
      <w:r w:rsidRPr="000E53C0">
        <w:rPr>
          <w:rFonts w:ascii="Aptos" w:hAnsi="Aptos"/>
          <w:sz w:val="22"/>
        </w:rPr>
        <w:t xml:space="preserve"> Vitae (free format)</w:t>
      </w:r>
    </w:p>
    <w:p w14:paraId="1C87EDB1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Statement</w:t>
      </w:r>
      <w:proofErr w:type="gramEnd"/>
      <w:r w:rsidRPr="000E53C0">
        <w:rPr>
          <w:rFonts w:ascii="Aptos" w:hAnsi="Aptos"/>
          <w:sz w:val="22"/>
        </w:rPr>
        <w:t xml:space="preserve"> of Purpose (free format)</w:t>
      </w:r>
      <w:r w:rsidRPr="000E53C0">
        <w:rPr>
          <w:rFonts w:ascii="Aptos" w:hAnsi="Aptos"/>
          <w:b/>
          <w:sz w:val="22"/>
          <w:vertAlign w:val="superscript"/>
        </w:rPr>
        <w:t>4</w:t>
      </w:r>
    </w:p>
    <w:p w14:paraId="25B65434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Evidence</w:t>
      </w:r>
      <w:proofErr w:type="gramEnd"/>
      <w:r w:rsidRPr="000E53C0">
        <w:rPr>
          <w:rFonts w:ascii="Aptos" w:hAnsi="Aptos"/>
          <w:sz w:val="22"/>
        </w:rPr>
        <w:t xml:space="preserve"> of prior research work (not mandatory)</w:t>
      </w:r>
    </w:p>
    <w:p w14:paraId="5EC90B82" w14:textId="77777777" w:rsidR="00B94EF2" w:rsidRPr="000E53C0" w:rsidRDefault="00811BEC">
      <w:pPr>
        <w:spacing w:after="44"/>
        <w:ind w:left="173" w:hanging="173"/>
        <w:rPr>
          <w:rFonts w:ascii="Aptos" w:hAnsi="Aptos"/>
          <w:sz w:val="22"/>
        </w:rPr>
      </w:pPr>
      <w:proofErr w:type="gramStart"/>
      <w:r w:rsidRPr="000E53C0">
        <w:rPr>
          <w:rFonts w:ascii="Aptos" w:hAnsi="Aptos"/>
          <w:color w:val="A71930"/>
          <w:sz w:val="22"/>
        </w:rPr>
        <w:t>☐</w:t>
      </w:r>
      <w:r w:rsidRPr="000E53C0">
        <w:rPr>
          <w:rFonts w:ascii="Aptos" w:hAnsi="Aptos"/>
          <w:color w:val="A71930"/>
          <w:sz w:val="22"/>
        </w:rPr>
        <w:t xml:space="preserve">  </w:t>
      </w:r>
      <w:r w:rsidRPr="000E53C0">
        <w:rPr>
          <w:rFonts w:ascii="Aptos" w:hAnsi="Aptos"/>
          <w:sz w:val="22"/>
        </w:rPr>
        <w:t>Research</w:t>
      </w:r>
      <w:proofErr w:type="gramEnd"/>
      <w:r w:rsidRPr="000E53C0">
        <w:rPr>
          <w:rFonts w:ascii="Aptos" w:hAnsi="Aptos"/>
          <w:sz w:val="22"/>
        </w:rPr>
        <w:t xml:space="preserve"> proposal / preliminary doctoral dissertation proposal (download the document template)</w:t>
      </w:r>
      <w:r w:rsidRPr="000E53C0">
        <w:rPr>
          <w:rFonts w:ascii="Aptos" w:hAnsi="Aptos"/>
          <w:b/>
          <w:sz w:val="22"/>
          <w:vertAlign w:val="superscript"/>
        </w:rPr>
        <w:t>5</w:t>
      </w:r>
    </w:p>
    <w:p w14:paraId="07A1145F" w14:textId="77777777" w:rsidR="000E53C0" w:rsidRDefault="000E53C0">
      <w:pPr>
        <w:spacing w:before="120" w:after="60"/>
        <w:rPr>
          <w:rFonts w:ascii="Aptos" w:hAnsi="Aptos"/>
          <w:b/>
          <w:sz w:val="22"/>
        </w:rPr>
      </w:pPr>
    </w:p>
    <w:p w14:paraId="61CB520A" w14:textId="3A8E7EBE" w:rsidR="00B94EF2" w:rsidRPr="00A621A6" w:rsidRDefault="00811BEC">
      <w:pPr>
        <w:spacing w:before="120" w:after="60"/>
        <w:rPr>
          <w:rFonts w:ascii="Aptos" w:hAnsi="Aptos"/>
          <w:bCs/>
          <w:sz w:val="22"/>
        </w:rPr>
      </w:pPr>
      <w:r w:rsidRPr="00A621A6">
        <w:rPr>
          <w:rFonts w:ascii="Aptos" w:hAnsi="Aptos"/>
          <w:bCs/>
          <w:sz w:val="22"/>
        </w:rPr>
        <w:t xml:space="preserve">For your application to be considered </w:t>
      </w:r>
      <w:r w:rsidRPr="00A621A6">
        <w:rPr>
          <w:rFonts w:ascii="Aptos" w:hAnsi="Aptos"/>
          <w:b/>
          <w:color w:val="C00000"/>
          <w:sz w:val="22"/>
        </w:rPr>
        <w:t>valid</w:t>
      </w:r>
      <w:r w:rsidRPr="00A621A6">
        <w:rPr>
          <w:rFonts w:ascii="Aptos" w:hAnsi="Aptos"/>
          <w:bCs/>
          <w:sz w:val="22"/>
        </w:rPr>
        <w:t>, you must meet both requirements:</w:t>
      </w:r>
    </w:p>
    <w:p w14:paraId="50174557" w14:textId="77777777" w:rsidR="00B94EF2" w:rsidRPr="000E53C0" w:rsidRDefault="00811BEC" w:rsidP="00A621A6">
      <w:pPr>
        <w:spacing w:after="40"/>
        <w:ind w:left="259"/>
        <w:rPr>
          <w:rFonts w:ascii="Aptos" w:hAnsi="Aptos"/>
          <w:sz w:val="22"/>
        </w:rPr>
      </w:pPr>
      <w:r w:rsidRPr="000E53C0">
        <w:rPr>
          <w:rFonts w:ascii="Aptos" w:hAnsi="Aptos"/>
          <w:b/>
          <w:sz w:val="22"/>
        </w:rPr>
        <w:t xml:space="preserve">1. </w:t>
      </w:r>
      <w:r w:rsidRPr="000E53C0">
        <w:rPr>
          <w:rFonts w:ascii="Aptos" w:hAnsi="Aptos"/>
          <w:sz w:val="22"/>
        </w:rPr>
        <w:t>Upload all documents on this list using the application button on the Program website.</w:t>
      </w:r>
    </w:p>
    <w:p w14:paraId="55C9B275" w14:textId="099B7838" w:rsidR="00B94EF2" w:rsidRDefault="00811BEC" w:rsidP="00F323BA">
      <w:pPr>
        <w:spacing w:after="40"/>
        <w:ind w:left="259"/>
        <w:rPr>
          <w:rFonts w:ascii="Aptos" w:eastAsia="Arial" w:hAnsi="Aptos"/>
          <w:bCs/>
          <w:sz w:val="22"/>
        </w:rPr>
      </w:pPr>
      <w:r w:rsidRPr="000E53C0">
        <w:rPr>
          <w:rFonts w:ascii="Aptos" w:hAnsi="Aptos"/>
          <w:b/>
          <w:sz w:val="22"/>
        </w:rPr>
        <w:t xml:space="preserve">2. </w:t>
      </w:r>
      <w:r w:rsidR="00F323BA" w:rsidRPr="00DA4EFF">
        <w:rPr>
          <w:rFonts w:ascii="Aptos" w:eastAsia="Arial" w:hAnsi="Aptos"/>
          <w:bCs/>
          <w:sz w:val="22"/>
        </w:rPr>
        <w:t xml:space="preserve">Request </w:t>
      </w:r>
      <w:r w:rsidR="00F323BA" w:rsidRPr="00DA4EFF">
        <w:rPr>
          <w:rFonts w:ascii="Aptos" w:eastAsia="Arial" w:hAnsi="Aptos"/>
          <w:b/>
          <w:sz w:val="22"/>
        </w:rPr>
        <w:t>two recommendation letters</w:t>
      </w:r>
      <w:r w:rsidR="00F323BA" w:rsidRPr="00DA4EFF">
        <w:rPr>
          <w:rFonts w:ascii="Aptos" w:eastAsia="Arial" w:hAnsi="Aptos"/>
          <w:bCs/>
          <w:sz w:val="22"/>
        </w:rPr>
        <w:t xml:space="preserve"> using the Program template</w:t>
      </w:r>
      <w:r w:rsidR="00F323BA">
        <w:rPr>
          <w:rFonts w:ascii="Aptos" w:eastAsia="Arial" w:hAnsi="Aptos"/>
          <w:bCs/>
          <w:sz w:val="22"/>
          <w:vertAlign w:val="superscript"/>
        </w:rPr>
        <w:t>5</w:t>
      </w:r>
      <w:r w:rsidR="00F323BA" w:rsidRPr="00DA4EFF">
        <w:rPr>
          <w:rFonts w:ascii="Aptos" w:eastAsia="Arial" w:hAnsi="Aptos"/>
          <w:bCs/>
          <w:sz w:val="22"/>
        </w:rPr>
        <w:t xml:space="preserve">. These letters </w:t>
      </w:r>
      <w:r w:rsidR="00F323BA" w:rsidRPr="00DA4EFF">
        <w:rPr>
          <w:rFonts w:ascii="Aptos" w:eastAsia="Arial" w:hAnsi="Aptos"/>
          <w:b/>
          <w:color w:val="C00000"/>
          <w:sz w:val="22"/>
        </w:rPr>
        <w:t>must not be uploaded with the application form</w:t>
      </w:r>
      <w:r w:rsidR="00F323BA" w:rsidRPr="00DA4EFF">
        <w:rPr>
          <w:rFonts w:ascii="Aptos" w:eastAsia="Arial" w:hAnsi="Aptos"/>
          <w:bCs/>
          <w:sz w:val="22"/>
        </w:rPr>
        <w:t>. Each recommender must send the completed letter directly from their own email address to</w:t>
      </w:r>
      <w:r w:rsidR="00E440BD">
        <w:rPr>
          <w:rFonts w:ascii="Aptos" w:eastAsia="Arial" w:hAnsi="Aptos"/>
          <w:bCs/>
          <w:sz w:val="22"/>
        </w:rPr>
        <w:t xml:space="preserve"> </w:t>
      </w:r>
      <w:r w:rsidR="0025756E" w:rsidRPr="0025756E">
        <w:rPr>
          <w:rFonts w:ascii="Aptos" w:eastAsia="Arial" w:hAnsi="Aptos"/>
          <w:b/>
          <w:bCs/>
          <w:color w:val="C00000"/>
          <w:sz w:val="22"/>
        </w:rPr>
        <w:t>dha@unab.cl</w:t>
      </w:r>
      <w:r w:rsidR="0025756E">
        <w:rPr>
          <w:rFonts w:ascii="Aptos" w:eastAsia="Arial" w:hAnsi="Aptos"/>
          <w:b/>
          <w:bCs/>
          <w:color w:val="C00000"/>
          <w:sz w:val="22"/>
        </w:rPr>
        <w:t>.</w:t>
      </w:r>
    </w:p>
    <w:p w14:paraId="686DB5AC" w14:textId="77777777" w:rsidR="00E440BD" w:rsidRDefault="00E440BD" w:rsidP="00F323BA">
      <w:pPr>
        <w:spacing w:after="40"/>
        <w:ind w:left="259"/>
        <w:rPr>
          <w:rFonts w:ascii="Aptos" w:hAnsi="Aptos"/>
          <w:sz w:val="22"/>
        </w:rPr>
      </w:pPr>
    </w:p>
    <w:p w14:paraId="3C941417" w14:textId="77777777" w:rsidR="00E440BD" w:rsidRDefault="00E440BD" w:rsidP="00F323BA">
      <w:pPr>
        <w:spacing w:after="40"/>
        <w:ind w:left="259"/>
        <w:rPr>
          <w:rFonts w:ascii="Aptos" w:hAnsi="Aptos"/>
          <w:sz w:val="22"/>
        </w:rPr>
      </w:pPr>
    </w:p>
    <w:p w14:paraId="2AB9FB0D" w14:textId="77777777" w:rsidR="00E440BD" w:rsidRDefault="00E440BD" w:rsidP="00F323BA">
      <w:pPr>
        <w:spacing w:after="40"/>
        <w:ind w:left="259"/>
        <w:rPr>
          <w:rFonts w:ascii="Aptos" w:hAnsi="Aptos"/>
          <w:sz w:val="22"/>
        </w:rPr>
      </w:pPr>
    </w:p>
    <w:p w14:paraId="4133B414" w14:textId="77777777" w:rsidR="00E440BD" w:rsidRDefault="00E440BD" w:rsidP="00F323BA">
      <w:pPr>
        <w:spacing w:after="40"/>
        <w:ind w:left="259"/>
        <w:rPr>
          <w:rFonts w:ascii="Aptos" w:hAnsi="Aptos"/>
          <w:sz w:val="22"/>
        </w:rPr>
      </w:pPr>
    </w:p>
    <w:p w14:paraId="74E0D6D4" w14:textId="77777777" w:rsidR="00E440BD" w:rsidRDefault="00E440BD" w:rsidP="00F323BA">
      <w:pPr>
        <w:spacing w:after="40"/>
        <w:ind w:left="259"/>
        <w:rPr>
          <w:rFonts w:ascii="Aptos" w:hAnsi="Aptos"/>
          <w:sz w:val="22"/>
        </w:rPr>
      </w:pPr>
    </w:p>
    <w:p w14:paraId="0C114D9C" w14:textId="77777777" w:rsidR="00E440BD" w:rsidRDefault="00E440BD" w:rsidP="00F323BA">
      <w:pPr>
        <w:spacing w:after="40"/>
        <w:ind w:left="259"/>
        <w:rPr>
          <w:rFonts w:ascii="Aptos" w:hAnsi="Aptos"/>
          <w:sz w:val="22"/>
        </w:rPr>
      </w:pPr>
    </w:p>
    <w:p w14:paraId="080994A6" w14:textId="77777777" w:rsidR="00E440BD" w:rsidRPr="000E53C0" w:rsidRDefault="00E440BD" w:rsidP="00F323BA">
      <w:pPr>
        <w:spacing w:after="40"/>
        <w:ind w:left="259"/>
        <w:rPr>
          <w:rFonts w:ascii="Aptos" w:hAnsi="Aptos"/>
          <w:sz w:val="22"/>
        </w:rPr>
      </w:pPr>
    </w:p>
    <w:p w14:paraId="2E066661" w14:textId="77777777" w:rsidR="00236848" w:rsidRDefault="00236848" w:rsidP="0045166D">
      <w:pPr>
        <w:pBdr>
          <w:top w:val="single" w:sz="4" w:space="1" w:color="D9D9D9" w:themeColor="background1" w:themeShade="D9"/>
        </w:pBdr>
        <w:spacing w:after="20"/>
        <w:rPr>
          <w:rFonts w:ascii="Aptos" w:hAnsi="Aptos"/>
          <w:color w:val="555555"/>
          <w:sz w:val="16"/>
          <w:szCs w:val="16"/>
        </w:rPr>
      </w:pPr>
    </w:p>
    <w:p w14:paraId="35D0109D" w14:textId="6FC685C2" w:rsidR="00B94EF2" w:rsidRPr="00E440BD" w:rsidRDefault="00811BEC" w:rsidP="0045166D">
      <w:pPr>
        <w:pBdr>
          <w:top w:val="single" w:sz="4" w:space="1" w:color="D9D9D9" w:themeColor="background1" w:themeShade="D9"/>
        </w:pBdr>
        <w:spacing w:after="20"/>
        <w:rPr>
          <w:rFonts w:ascii="Aptos" w:hAnsi="Aptos"/>
          <w:sz w:val="16"/>
          <w:szCs w:val="16"/>
        </w:rPr>
      </w:pPr>
      <w:r w:rsidRPr="00E440BD">
        <w:rPr>
          <w:rFonts w:ascii="Aptos" w:hAnsi="Aptos"/>
          <w:color w:val="555555"/>
          <w:sz w:val="16"/>
          <w:szCs w:val="16"/>
        </w:rPr>
        <w:t>1 Download the form from the “Requirements” section of the Program website and complete it with your information.</w:t>
      </w:r>
    </w:p>
    <w:p w14:paraId="0A1A3646" w14:textId="77777777" w:rsidR="00B94EF2" w:rsidRPr="00E440BD" w:rsidRDefault="00811BEC">
      <w:pPr>
        <w:spacing w:after="20"/>
        <w:rPr>
          <w:rFonts w:ascii="Aptos" w:hAnsi="Aptos"/>
          <w:sz w:val="16"/>
          <w:szCs w:val="16"/>
        </w:rPr>
      </w:pPr>
      <w:r w:rsidRPr="00E440BD">
        <w:rPr>
          <w:rFonts w:ascii="Aptos" w:hAnsi="Aptos"/>
          <w:color w:val="555555"/>
          <w:sz w:val="16"/>
          <w:szCs w:val="16"/>
        </w:rPr>
        <w:t xml:space="preserve">2 Applies only if you </w:t>
      </w:r>
      <w:proofErr w:type="gramStart"/>
      <w:r w:rsidRPr="00E440BD">
        <w:rPr>
          <w:rFonts w:ascii="Aptos" w:hAnsi="Aptos"/>
          <w:color w:val="555555"/>
          <w:sz w:val="16"/>
          <w:szCs w:val="16"/>
        </w:rPr>
        <w:t>completed</w:t>
      </w:r>
      <w:proofErr w:type="gramEnd"/>
      <w:r w:rsidRPr="00E440BD">
        <w:rPr>
          <w:rFonts w:ascii="Aptos" w:hAnsi="Aptos"/>
          <w:color w:val="555555"/>
          <w:sz w:val="16"/>
          <w:szCs w:val="16"/>
        </w:rPr>
        <w:t xml:space="preserve"> a master’s degree program.</w:t>
      </w:r>
    </w:p>
    <w:p w14:paraId="2AA0C9BD" w14:textId="77777777" w:rsidR="00B94EF2" w:rsidRPr="00E440BD" w:rsidRDefault="00811BEC">
      <w:pPr>
        <w:spacing w:after="20"/>
        <w:rPr>
          <w:rFonts w:ascii="Aptos" w:hAnsi="Aptos"/>
          <w:sz w:val="16"/>
          <w:szCs w:val="16"/>
        </w:rPr>
      </w:pPr>
      <w:r w:rsidRPr="00E440BD">
        <w:rPr>
          <w:rFonts w:ascii="Aptos" w:hAnsi="Aptos"/>
          <w:color w:val="555555"/>
          <w:sz w:val="16"/>
          <w:szCs w:val="16"/>
        </w:rPr>
        <w:t>3 If you do not have a Chilean national identification card, you may attach your birth certificate. International applicants without a Chilean national identification card must attach a copy of their passport.</w:t>
      </w:r>
    </w:p>
    <w:p w14:paraId="756814E0" w14:textId="77777777" w:rsidR="00B94EF2" w:rsidRPr="00E440BD" w:rsidRDefault="00811BEC">
      <w:pPr>
        <w:spacing w:after="20"/>
        <w:rPr>
          <w:rFonts w:ascii="Aptos" w:hAnsi="Aptos"/>
          <w:sz w:val="16"/>
          <w:szCs w:val="16"/>
        </w:rPr>
      </w:pPr>
      <w:r w:rsidRPr="00E440BD">
        <w:rPr>
          <w:rFonts w:ascii="Aptos" w:hAnsi="Aptos"/>
          <w:color w:val="555555"/>
          <w:sz w:val="16"/>
          <w:szCs w:val="16"/>
        </w:rPr>
        <w:t>4 Describe your research interests, considering the Program Research Lines, and explain why you wish to apply to this Program at Universidad Andrés Bello.</w:t>
      </w:r>
    </w:p>
    <w:p w14:paraId="34F5BE93" w14:textId="7869852E" w:rsidR="00B94EF2" w:rsidRDefault="00811BEC">
      <w:pPr>
        <w:spacing w:after="20"/>
        <w:rPr>
          <w:rFonts w:ascii="Aptos" w:hAnsi="Aptos"/>
          <w:color w:val="555555"/>
          <w:sz w:val="16"/>
          <w:szCs w:val="16"/>
        </w:rPr>
      </w:pPr>
      <w:r w:rsidRPr="00E440BD">
        <w:rPr>
          <w:rFonts w:ascii="Aptos" w:hAnsi="Aptos"/>
          <w:color w:val="555555"/>
          <w:sz w:val="16"/>
          <w:szCs w:val="16"/>
        </w:rPr>
        <w:t xml:space="preserve">5 Templates are available in the “Requirements” section of the </w:t>
      </w:r>
      <w:hyperlink r:id="rId8" w:history="1">
        <w:r w:rsidR="00B94EF2" w:rsidRPr="00E440BD">
          <w:rPr>
            <w:rStyle w:val="Hipervnculo"/>
            <w:rFonts w:ascii="Aptos" w:hAnsi="Aptos"/>
            <w:sz w:val="16"/>
            <w:szCs w:val="16"/>
          </w:rPr>
          <w:t>Program website</w:t>
        </w:r>
      </w:hyperlink>
      <w:r w:rsidRPr="00E440BD">
        <w:rPr>
          <w:rFonts w:ascii="Aptos" w:hAnsi="Aptos"/>
          <w:color w:val="555555"/>
          <w:sz w:val="16"/>
          <w:szCs w:val="16"/>
        </w:rPr>
        <w:t>.</w:t>
      </w:r>
    </w:p>
    <w:p w14:paraId="320808D4" w14:textId="77777777" w:rsidR="00016447" w:rsidRPr="00E440BD" w:rsidRDefault="00016447">
      <w:pPr>
        <w:spacing w:after="20"/>
        <w:rPr>
          <w:rFonts w:ascii="Aptos" w:hAnsi="Aptos"/>
          <w:sz w:val="16"/>
          <w:szCs w:val="16"/>
        </w:rPr>
      </w:pPr>
    </w:p>
    <w:p w14:paraId="529CE824" w14:textId="14DC4160" w:rsidR="00B94EF2" w:rsidRDefault="00B94EF2">
      <w:pPr>
        <w:spacing w:before="40"/>
        <w:jc w:val="right"/>
      </w:pPr>
    </w:p>
    <w:sectPr w:rsidR="00B94EF2" w:rsidSect="00236848">
      <w:headerReference w:type="default" r:id="rId9"/>
      <w:footerReference w:type="default" r:id="rId10"/>
      <w:pgSz w:w="12240" w:h="15840"/>
      <w:pgMar w:top="648" w:right="1037" w:bottom="648" w:left="1037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3F4E6" w14:textId="77777777" w:rsidR="00811BEC" w:rsidRDefault="00811BEC">
      <w:pPr>
        <w:spacing w:line="240" w:lineRule="auto"/>
      </w:pPr>
      <w:r>
        <w:separator/>
      </w:r>
    </w:p>
  </w:endnote>
  <w:endnote w:type="continuationSeparator" w:id="0">
    <w:p w14:paraId="49712C56" w14:textId="77777777" w:rsidR="00811BEC" w:rsidRDefault="00811B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C6DEB" w14:textId="77777777" w:rsidR="00B94EF2" w:rsidRDefault="00811BEC">
    <w:pPr>
      <w:pStyle w:val="Piedepgina"/>
      <w:jc w:val="center"/>
    </w:pPr>
    <w:r>
      <w:rPr>
        <w:color w:val="666666"/>
        <w:sz w:val="14"/>
      </w:rPr>
      <w:t>Universidad Andrés Bello · Academic Office for Doctoral Studies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91FC" w14:textId="77777777" w:rsidR="00811BEC" w:rsidRDefault="00811BEC">
      <w:pPr>
        <w:spacing w:line="240" w:lineRule="auto"/>
      </w:pPr>
      <w:r>
        <w:separator/>
      </w:r>
    </w:p>
  </w:footnote>
  <w:footnote w:type="continuationSeparator" w:id="0">
    <w:p w14:paraId="21742B52" w14:textId="77777777" w:rsidR="00811BEC" w:rsidRDefault="00811B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2958" w14:textId="77777777" w:rsidR="00B94EF2" w:rsidRDefault="00811BEC">
    <w:pPr>
      <w:pStyle w:val="Encabezado"/>
      <w:pBdr>
        <w:bottom w:val="single" w:sz="8" w:space="2" w:color="A71930"/>
      </w:pBdr>
      <w:spacing w:after="20"/>
    </w:pPr>
    <w:r>
      <w:rPr>
        <w:b/>
        <w:color w:val="555555"/>
        <w:sz w:val="14"/>
      </w:rPr>
      <w:t>OFFICE OF RESEARCH AND DOCTORAL STUDIES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8120889">
    <w:abstractNumId w:val="8"/>
  </w:num>
  <w:num w:numId="2" w16cid:durableId="1598711154">
    <w:abstractNumId w:val="6"/>
  </w:num>
  <w:num w:numId="3" w16cid:durableId="472676487">
    <w:abstractNumId w:val="5"/>
  </w:num>
  <w:num w:numId="4" w16cid:durableId="832572505">
    <w:abstractNumId w:val="4"/>
  </w:num>
  <w:num w:numId="5" w16cid:durableId="1714885768">
    <w:abstractNumId w:val="7"/>
  </w:num>
  <w:num w:numId="6" w16cid:durableId="194932961">
    <w:abstractNumId w:val="3"/>
  </w:num>
  <w:num w:numId="7" w16cid:durableId="1795831082">
    <w:abstractNumId w:val="2"/>
  </w:num>
  <w:num w:numId="8" w16cid:durableId="1836604705">
    <w:abstractNumId w:val="1"/>
  </w:num>
  <w:num w:numId="9" w16cid:durableId="66828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447"/>
    <w:rsid w:val="00034616"/>
    <w:rsid w:val="0006063C"/>
    <w:rsid w:val="000960EB"/>
    <w:rsid w:val="000E53C0"/>
    <w:rsid w:val="0015074B"/>
    <w:rsid w:val="001D254F"/>
    <w:rsid w:val="00236848"/>
    <w:rsid w:val="0025756E"/>
    <w:rsid w:val="0029639D"/>
    <w:rsid w:val="00326F90"/>
    <w:rsid w:val="003E7088"/>
    <w:rsid w:val="0045166D"/>
    <w:rsid w:val="007B0B93"/>
    <w:rsid w:val="00811BEC"/>
    <w:rsid w:val="00A621A6"/>
    <w:rsid w:val="00A76B17"/>
    <w:rsid w:val="00AA1D8D"/>
    <w:rsid w:val="00B47730"/>
    <w:rsid w:val="00B75D2E"/>
    <w:rsid w:val="00B94EF2"/>
    <w:rsid w:val="00CB0664"/>
    <w:rsid w:val="00E440BD"/>
    <w:rsid w:val="00E94432"/>
    <w:rsid w:val="00F323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7C0F0"/>
  <w14:defaultImageDpi w14:val="300"/>
  <w15:docId w15:val="{A00B575B-61E3-B14A-81C8-4CA6B0C8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000000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7B0B9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B0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rados.unab.cl/doctorado/doctorado-en-humanidades-aplicada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Daniela Paz Salas Castro</cp:lastModifiedBy>
  <cp:revision>12</cp:revision>
  <dcterms:created xsi:type="dcterms:W3CDTF">2013-12-23T23:15:00Z</dcterms:created>
  <dcterms:modified xsi:type="dcterms:W3CDTF">2026-09-25T15:56:00Z</dcterms:modified>
  <cp:category/>
</cp:coreProperties>
</file>