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5A5A5A"/>
          <w:sz w:val="18"/>
        </w:rPr>
        <w:t>OFFICE OF THE DEAN OF RESEARCH AND DOCTORAL STUDIES</w:t>
      </w:r>
    </w:p>
    <w:p>
      <w:pPr>
        <w:jc w:val="center"/>
      </w:pPr>
      <w:r>
        <w:rPr>
          <w:b/>
          <w:color w:val="B40000"/>
          <w:sz w:val="36"/>
        </w:rPr>
        <w:t>Application Document Checklist</w:t>
      </w:r>
    </w:p>
    <w:p>
      <w:pPr>
        <w:jc w:val="center"/>
      </w:pPr>
      <w:r>
        <w:rPr>
          <w:b/>
          <w:color w:val="5A5A5A"/>
          <w:sz w:val="28"/>
        </w:rPr>
        <w:t>Ph.D. in Conservation Medicine</w:t>
      </w:r>
    </w:p>
    <w:p>
      <w:r>
        <w:t>Make sure you gather and attach the following documents when completing your application:</w:t>
      </w:r>
    </w:p>
    <w:p>
      <w:pPr>
        <w:ind w:left="360"/>
      </w:pPr>
      <w:r>
        <w:rPr>
          <w:b/>
          <w:color w:val="B40000"/>
        </w:rPr>
        <w:t>☐  Application form¹</w:t>
      </w:r>
    </w:p>
    <w:p>
      <w:pPr>
        <w:ind w:left="360"/>
      </w:pPr>
      <w:r>
        <w:rPr>
          <w:b/>
          <w:color w:val="B40000"/>
        </w:rPr>
        <w:t>☐  Copy of undergraduate degree certificate</w:t>
      </w:r>
    </w:p>
    <w:p>
      <w:pPr>
        <w:ind w:left="360"/>
      </w:pPr>
      <w:r>
        <w:rPr>
          <w:b/>
          <w:color w:val="B40000"/>
        </w:rPr>
        <w:t>☐  Undergraduate transcript</w:t>
      </w:r>
    </w:p>
    <w:p>
      <w:pPr>
        <w:ind w:left="360"/>
      </w:pPr>
      <w:r>
        <w:rPr>
          <w:b/>
          <w:color w:val="B40000"/>
        </w:rPr>
        <w:t>☐  Undergraduate graduation ranking</w:t>
      </w:r>
    </w:p>
    <w:p>
      <w:pPr>
        <w:ind w:left="360"/>
      </w:pPr>
      <w:r>
        <w:rPr>
          <w:b/>
          <w:color w:val="B40000"/>
        </w:rPr>
        <w:t>☐  Master's degree certificate and transcript, if applicable²</w:t>
      </w:r>
    </w:p>
    <w:p>
      <w:pPr>
        <w:ind w:left="360"/>
      </w:pPr>
      <w:r>
        <w:rPr>
          <w:b/>
          <w:color w:val="B40000"/>
        </w:rPr>
        <w:t>☐  Copy of national identity card, front and back³</w:t>
      </w:r>
    </w:p>
    <w:p>
      <w:pPr>
        <w:ind w:left="360"/>
      </w:pPr>
      <w:r>
        <w:rPr>
          <w:b/>
          <w:color w:val="B40000"/>
        </w:rPr>
        <w:t>☐  Curriculum vitae (free format)</w:t>
      </w:r>
    </w:p>
    <w:p>
      <w:pPr>
        <w:ind w:left="360"/>
      </w:pPr>
      <w:r>
        <w:rPr>
          <w:b/>
          <w:color w:val="B40000"/>
        </w:rPr>
        <w:t>☐  Statement of purpose (free format)⁴</w:t>
      </w:r>
    </w:p>
    <w:p>
      <w:r>
        <w:rPr>
          <w:b/>
        </w:rPr>
        <w:t>For your application to be considered valid, you must meet both requirements below:</w:t>
      </w:r>
    </w:p>
    <w:p>
      <w:pPr>
        <w:pStyle w:val="ListNumber"/>
      </w:pPr>
      <w:r>
        <w:t>Upload all documents on this checklist using the application button on the program website.</w:t>
      </w:r>
    </w:p>
    <w:p>
      <w:pPr>
        <w:pStyle w:val="ListNumber"/>
      </w:pPr>
      <w:r>
        <w:t>Arrange for two letters of recommendation to be submitted using the program form⁵. Do not attach the letters to the application form. Each recommender must send the letter directly from their own email address to ana.torres@unab.cl.</w:t>
      </w:r>
    </w:p>
    <w:p>
      <w:pPr>
        <w:pStyle w:val="Heading2"/>
      </w:pPr>
      <w:r>
        <w:t>Notes</w:t>
      </w:r>
    </w:p>
    <w:p>
      <w:pPr>
        <w:spacing w:after="40"/>
      </w:pPr>
      <w:r>
        <w:rPr>
          <w:sz w:val="17"/>
        </w:rPr>
        <w:t>¹ Download the form from the “Requirements” section of the program website and complete it with your information.</w:t>
      </w:r>
    </w:p>
    <w:p>
      <w:pPr>
        <w:spacing w:after="40"/>
      </w:pPr>
      <w:r>
        <w:rPr>
          <w:sz w:val="17"/>
        </w:rPr>
        <w:t>² Applies only if you have completed a master's program.</w:t>
      </w:r>
    </w:p>
    <w:p>
      <w:pPr>
        <w:spacing w:after="40"/>
      </w:pPr>
      <w:r>
        <w:rPr>
          <w:sz w:val="17"/>
        </w:rPr>
        <w:t>³ If you do not have a Chilean identity card, you may attach your birth certificate. International applicants without a Chilean identity card must attach a copy of their passport.</w:t>
      </w:r>
    </w:p>
    <w:p>
      <w:pPr>
        <w:spacing w:after="40"/>
      </w:pPr>
      <w:r>
        <w:rPr>
          <w:sz w:val="17"/>
        </w:rPr>
        <w:t>⁴ The statement should describe your research interests in relation to the program’s research areas and explain why you wish to apply to this UNAB program.</w:t>
      </w:r>
    </w:p>
    <w:p>
      <w:pPr>
        <w:spacing w:after="40"/>
      </w:pPr>
      <w:r>
        <w:rPr>
          <w:sz w:val="17"/>
        </w:rPr>
        <w:t>⁵ The form is available in the “Requirements” section of the program website.</w:t>
      </w:r>
    </w:p>
    <w:sectPr w:rsidR="00FC693F" w:rsidRPr="0006063C" w:rsidSect="00034616">
      <w:footerReference w:type="default" r:id="rId9"/>
      <w:pgSz w:w="12240" w:h="15840"/>
      <w:pgMar w:top="792" w:right="1080" w:bottom="792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i/>
        <w:sz w:val="16"/>
      </w:rPr>
      <w:t>Universidad Andrés Bello · Academic Office of Doctoral Programs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